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9696E" w14:textId="77777777" w:rsidR="00D90FAC" w:rsidRDefault="00000000">
      <w:pPr>
        <w:ind w:left="5386"/>
      </w:pPr>
      <w:r>
        <w:t>PATVIRTINTA</w:t>
      </w:r>
    </w:p>
    <w:p w14:paraId="0F6E89B7" w14:textId="1C4F03F1" w:rsidR="00D90FAC" w:rsidRDefault="00000000">
      <w:pPr>
        <w:ind w:left="5386"/>
      </w:pPr>
      <w:r>
        <w:t>Klaipėdos lopšelio-darželio „</w:t>
      </w:r>
      <w:proofErr w:type="gramStart"/>
      <w:r>
        <w:t>Žiburėlis“ direktoriaus</w:t>
      </w:r>
      <w:proofErr w:type="gramEnd"/>
      <w:r>
        <w:t xml:space="preserve"> 2026 m. </w:t>
      </w:r>
      <w:r w:rsidR="0044314C" w:rsidRPr="0044314C">
        <w:rPr>
          <w:lang w:val="lt-LT"/>
        </w:rPr>
        <w:t>lapkričio 3 d.</w:t>
      </w:r>
      <w:r>
        <w:t xml:space="preserve"> įsakymu Nr. </w:t>
      </w:r>
      <w:r w:rsidR="0044314C">
        <w:t>V-84</w:t>
      </w:r>
    </w:p>
    <w:p w14:paraId="1EA5E269" w14:textId="77777777" w:rsidR="00D90FAC" w:rsidRDefault="00D90FAC"/>
    <w:p w14:paraId="5CEBA112" w14:textId="77777777" w:rsidR="00D90FAC" w:rsidRDefault="00000000">
      <w:pPr>
        <w:jc w:val="center"/>
      </w:pPr>
      <w:r>
        <w:rPr>
          <w:b/>
        </w:rPr>
        <w:t>KLAIPĖDOS LOPŠELIO-DARŽELIO „ŽIBURĖLIS“</w:t>
      </w:r>
    </w:p>
    <w:p w14:paraId="568F21F4" w14:textId="77777777" w:rsidR="00D90FAC" w:rsidRDefault="00000000">
      <w:pPr>
        <w:jc w:val="center"/>
      </w:pPr>
      <w:r>
        <w:rPr>
          <w:b/>
        </w:rPr>
        <w:t>KŪRYBINIŲ DARBŲ EKSPOZICIJOS „UŽDEKIME NE EKRANUS, O ŠVIESĄ KLAIPĖDAI“, SKIRTOS KLAIPĖDOS MIESTO 775-AJAM GIMTADIENIUI, NUOSTATAI</w:t>
      </w:r>
    </w:p>
    <w:p w14:paraId="4C16757E" w14:textId="77777777" w:rsidR="00D90FAC" w:rsidRDefault="00D90FAC">
      <w:pPr>
        <w:jc w:val="center"/>
      </w:pPr>
    </w:p>
    <w:p w14:paraId="14A6332D" w14:textId="34F6A61D" w:rsidR="00D90FAC" w:rsidRDefault="00000000">
      <w:pPr>
        <w:jc w:val="center"/>
        <w:rPr>
          <w:b/>
        </w:rPr>
      </w:pPr>
      <w:r>
        <w:rPr>
          <w:b/>
        </w:rPr>
        <w:t>I SKYRIUS</w:t>
      </w:r>
      <w:r w:rsidR="005B138E">
        <w:rPr>
          <w:b/>
        </w:rPr>
        <w:t xml:space="preserve">. </w:t>
      </w:r>
      <w:r>
        <w:rPr>
          <w:b/>
        </w:rPr>
        <w:t>BENDROSIOS NUOSTATOS</w:t>
      </w:r>
    </w:p>
    <w:p w14:paraId="0A6E7F6C" w14:textId="77777777" w:rsidR="0044314C" w:rsidRDefault="0044314C">
      <w:pPr>
        <w:jc w:val="center"/>
      </w:pPr>
    </w:p>
    <w:p w14:paraId="4705F500" w14:textId="77777777" w:rsidR="00D90FAC" w:rsidRDefault="00000000" w:rsidP="0044314C">
      <w:pPr>
        <w:numPr>
          <w:ilvl w:val="0"/>
          <w:numId w:val="10"/>
        </w:numPr>
        <w:ind w:firstLine="720"/>
      </w:pPr>
      <w:r>
        <w:t>Kūrybinių darbų ekspozicija „Uždekime ne ekranus, o šviesą Klaipėdai“ (toliau – Ekspozicija) skiriama Klaipėdos miesto 775-ajam gimtadieniui paminėti.</w:t>
      </w:r>
    </w:p>
    <w:p w14:paraId="4A94EEEB" w14:textId="77777777" w:rsidR="00D90FAC" w:rsidRDefault="00000000" w:rsidP="0044314C">
      <w:pPr>
        <w:numPr>
          <w:ilvl w:val="0"/>
          <w:numId w:val="10"/>
        </w:numPr>
        <w:ind w:firstLine="720"/>
      </w:pPr>
      <w:r>
        <w:t>Ekspoziciją organizuoja Klaipėdos lopšelis-darželis „Žiburėlis“ (toliau – Įstaiga), Reikjaviko g. 8, Klaipėda.</w:t>
      </w:r>
    </w:p>
    <w:p w14:paraId="4E9E991E" w14:textId="77777777" w:rsidR="00D90FAC" w:rsidRDefault="00000000" w:rsidP="0044314C">
      <w:pPr>
        <w:numPr>
          <w:ilvl w:val="0"/>
          <w:numId w:val="10"/>
        </w:numPr>
        <w:ind w:firstLine="720"/>
      </w:pPr>
      <w:r>
        <w:t>Ekspozicija veiks 2027 m. lapkričio–gruodžio mėnesiais Įstaigos koridoriuose.</w:t>
      </w:r>
    </w:p>
    <w:p w14:paraId="3564F562" w14:textId="77777777" w:rsidR="00D90FAC" w:rsidRDefault="00000000" w:rsidP="0044314C">
      <w:pPr>
        <w:numPr>
          <w:ilvl w:val="0"/>
          <w:numId w:val="10"/>
        </w:numPr>
        <w:ind w:firstLine="720"/>
      </w:pPr>
      <w:r>
        <w:t>Šie nuostatai nustato Ekspozicijos tikslą, uždavinius, dalyvius, reikalavimus darbams ir organizavimo tvarką.</w:t>
      </w:r>
    </w:p>
    <w:p w14:paraId="7D267023" w14:textId="77777777" w:rsidR="00D90FAC" w:rsidRDefault="00D90FAC">
      <w:pPr>
        <w:jc w:val="center"/>
      </w:pPr>
    </w:p>
    <w:p w14:paraId="46A8F01E" w14:textId="68E22CB4" w:rsidR="00D90FAC" w:rsidRDefault="00000000">
      <w:pPr>
        <w:jc w:val="center"/>
        <w:rPr>
          <w:b/>
        </w:rPr>
      </w:pPr>
      <w:r>
        <w:rPr>
          <w:b/>
        </w:rPr>
        <w:t>II SKYRIUS</w:t>
      </w:r>
      <w:r w:rsidR="005B138E">
        <w:rPr>
          <w:b/>
        </w:rPr>
        <w:t xml:space="preserve">. </w:t>
      </w:r>
      <w:r>
        <w:rPr>
          <w:b/>
        </w:rPr>
        <w:t>TIKSLAS IR UŽDAVINIAI</w:t>
      </w:r>
    </w:p>
    <w:p w14:paraId="42583891" w14:textId="77777777" w:rsidR="0044314C" w:rsidRDefault="0044314C" w:rsidP="0044314C"/>
    <w:p w14:paraId="5A107D0C" w14:textId="77777777" w:rsidR="00D90FAC" w:rsidRDefault="00000000" w:rsidP="0044314C">
      <w:pPr>
        <w:numPr>
          <w:ilvl w:val="0"/>
          <w:numId w:val="10"/>
        </w:numPr>
        <w:ind w:firstLine="720"/>
      </w:pPr>
      <w:r>
        <w:t>Tikslas – įtraukti visą Įstaigos bendruomenę į Klaipėdos 775-ojo gimtadienio minėjimą ir paskatinti šeimas laisvalaikį leisti kartu, kuriant be ekranų.</w:t>
      </w:r>
    </w:p>
    <w:p w14:paraId="459A2082" w14:textId="77777777" w:rsidR="00D90FAC" w:rsidRDefault="00000000" w:rsidP="0044314C">
      <w:pPr>
        <w:numPr>
          <w:ilvl w:val="0"/>
          <w:numId w:val="10"/>
        </w:numPr>
        <w:ind w:firstLine="720"/>
      </w:pPr>
      <w:r>
        <w:t>Uždaviniai:</w:t>
      </w:r>
    </w:p>
    <w:p w14:paraId="44DDEB53" w14:textId="77777777" w:rsidR="00D90FAC" w:rsidRDefault="00000000" w:rsidP="0044314C">
      <w:pPr>
        <w:numPr>
          <w:ilvl w:val="1"/>
          <w:numId w:val="10"/>
        </w:numPr>
        <w:ind w:firstLine="720"/>
      </w:pPr>
      <w:r>
        <w:t>skatinti vaikų, tėvų ir darbuotojų kūrybiškumą ir bendradarbiavimą;</w:t>
      </w:r>
    </w:p>
    <w:p w14:paraId="1099AFAA" w14:textId="77777777" w:rsidR="00D90FAC" w:rsidRDefault="00000000" w:rsidP="0044314C">
      <w:pPr>
        <w:numPr>
          <w:ilvl w:val="1"/>
          <w:numId w:val="10"/>
        </w:numPr>
        <w:ind w:firstLine="720"/>
      </w:pPr>
      <w:r>
        <w:t>ugdyti vaikų pagarbą ir meilę gimtajam miestui, supažindinti su Klaipėdos simboliais ir įsimintinomis vietomis;</w:t>
      </w:r>
    </w:p>
    <w:p w14:paraId="72F4BE6F" w14:textId="77777777" w:rsidR="00D90FAC" w:rsidRDefault="00000000" w:rsidP="0044314C">
      <w:pPr>
        <w:numPr>
          <w:ilvl w:val="1"/>
          <w:numId w:val="10"/>
        </w:numPr>
        <w:ind w:firstLine="720"/>
      </w:pPr>
      <w:r>
        <w:t>skatinti šeimas kartu praleisti laiką be televizoriaus, telefono ar planšetės;</w:t>
      </w:r>
    </w:p>
    <w:p w14:paraId="323A9293" w14:textId="77777777" w:rsidR="00D90FAC" w:rsidRDefault="00000000" w:rsidP="0044314C">
      <w:pPr>
        <w:numPr>
          <w:ilvl w:val="1"/>
          <w:numId w:val="10"/>
        </w:numPr>
        <w:ind w:firstLine="720"/>
      </w:pPr>
      <w:r>
        <w:t>sukurti bendrą šviečiančių darbų ekspoziciją, papuošiančią Įstaigą tamsiuoju metų laiku.</w:t>
      </w:r>
    </w:p>
    <w:p w14:paraId="0C15DA9C" w14:textId="77777777" w:rsidR="00D90FAC" w:rsidRDefault="00D90FAC">
      <w:pPr>
        <w:jc w:val="center"/>
      </w:pPr>
    </w:p>
    <w:p w14:paraId="3D7057E8" w14:textId="5B2212CB" w:rsidR="00D90FAC" w:rsidRDefault="00000000">
      <w:pPr>
        <w:jc w:val="center"/>
        <w:rPr>
          <w:b/>
        </w:rPr>
      </w:pPr>
      <w:r>
        <w:rPr>
          <w:b/>
        </w:rPr>
        <w:t>III SKYRIUS</w:t>
      </w:r>
      <w:r w:rsidR="005B138E">
        <w:rPr>
          <w:b/>
        </w:rPr>
        <w:t xml:space="preserve">. </w:t>
      </w:r>
      <w:r>
        <w:rPr>
          <w:b/>
        </w:rPr>
        <w:t>DALYVIAI</w:t>
      </w:r>
    </w:p>
    <w:p w14:paraId="19CE4F6C" w14:textId="77777777" w:rsidR="0044314C" w:rsidRDefault="0044314C">
      <w:pPr>
        <w:jc w:val="center"/>
      </w:pPr>
    </w:p>
    <w:p w14:paraId="19E932D4" w14:textId="77777777" w:rsidR="00D90FAC" w:rsidRDefault="00000000" w:rsidP="0044314C">
      <w:pPr>
        <w:numPr>
          <w:ilvl w:val="0"/>
          <w:numId w:val="10"/>
        </w:numPr>
        <w:ind w:firstLine="720"/>
      </w:pPr>
      <w:r>
        <w:t>Dalyvauti kviečiamos visos Įstaigos ugdytinių šeimos: vaikai kartu su tėvais, seneliais, broliais, seserimis ir kitais artimaisiais.</w:t>
      </w:r>
    </w:p>
    <w:p w14:paraId="224FB6CD" w14:textId="77777777" w:rsidR="00D90FAC" w:rsidRDefault="00000000" w:rsidP="0044314C">
      <w:pPr>
        <w:numPr>
          <w:ilvl w:val="0"/>
          <w:numId w:val="10"/>
        </w:numPr>
        <w:ind w:firstLine="720"/>
      </w:pPr>
      <w:r>
        <w:t>Dalyvauti kviečiami ir visi Įstaigos darbuotojai: individualiai, su savo šeimomis arba komandomis.</w:t>
      </w:r>
    </w:p>
    <w:p w14:paraId="67248A65" w14:textId="77777777" w:rsidR="00D90FAC" w:rsidRDefault="00000000" w:rsidP="0044314C">
      <w:pPr>
        <w:numPr>
          <w:ilvl w:val="0"/>
          <w:numId w:val="10"/>
        </w:numPr>
        <w:ind w:firstLine="720"/>
      </w:pPr>
      <w:r>
        <w:t>Dalyvavimas savanoriškas. Viena šeima ar darbuotojas gali pateikti vieną ar daugiau darbų.</w:t>
      </w:r>
    </w:p>
    <w:p w14:paraId="7FDE402B" w14:textId="77777777" w:rsidR="00D90FAC" w:rsidRDefault="00D90FAC">
      <w:pPr>
        <w:jc w:val="center"/>
      </w:pPr>
    </w:p>
    <w:p w14:paraId="0C50BF04" w14:textId="4759A5E2" w:rsidR="00D90FAC" w:rsidRDefault="00000000">
      <w:pPr>
        <w:jc w:val="center"/>
        <w:rPr>
          <w:b/>
        </w:rPr>
      </w:pPr>
      <w:r>
        <w:rPr>
          <w:b/>
        </w:rPr>
        <w:t>IV SKYRIUS</w:t>
      </w:r>
      <w:r w:rsidR="005B138E">
        <w:rPr>
          <w:b/>
        </w:rPr>
        <w:t xml:space="preserve">. </w:t>
      </w:r>
      <w:r>
        <w:rPr>
          <w:b/>
        </w:rPr>
        <w:t>REIKALAVIMAI DARBAMS</w:t>
      </w:r>
    </w:p>
    <w:p w14:paraId="418A03E9" w14:textId="77777777" w:rsidR="0044314C" w:rsidRDefault="0044314C">
      <w:pPr>
        <w:jc w:val="center"/>
      </w:pPr>
    </w:p>
    <w:p w14:paraId="57E4EA2C" w14:textId="6C6A0148" w:rsidR="00D90FAC" w:rsidRDefault="00000000" w:rsidP="0044314C">
      <w:pPr>
        <w:pStyle w:val="Sraopastraipa"/>
        <w:numPr>
          <w:ilvl w:val="0"/>
          <w:numId w:val="10"/>
        </w:numPr>
        <w:ind w:firstLine="720"/>
      </w:pPr>
      <w:r w:rsidRPr="0044314C">
        <w:rPr>
          <w:lang w:val="lt-LT"/>
        </w:rPr>
        <w:t>Tema. Darbas turi būti susijęs su Klaipėda. Idėjų pavyzdžiai:</w:t>
      </w:r>
      <w:r w:rsidR="005B138E" w:rsidRPr="0044314C">
        <w:rPr>
          <w:lang w:val="lt-LT"/>
        </w:rPr>
        <w:t xml:space="preserve"> </w:t>
      </w:r>
      <w:r w:rsidRPr="0044314C">
        <w:rPr>
          <w:lang w:val="lt-LT"/>
        </w:rPr>
        <w:t>Klaipėdos švyturys, uostas, laivai ir burlaiviai</w:t>
      </w:r>
      <w:r w:rsidR="005B138E" w:rsidRPr="0044314C">
        <w:rPr>
          <w:lang w:val="lt-LT"/>
        </w:rPr>
        <w:t xml:space="preserve">, </w:t>
      </w:r>
      <w:r w:rsidRPr="0044314C">
        <w:rPr>
          <w:lang w:val="lt-LT"/>
        </w:rPr>
        <w:t>„Meridianas“, pasukamasis tiltas per Danę</w:t>
      </w:r>
      <w:r w:rsidR="005B138E" w:rsidRPr="0044314C">
        <w:rPr>
          <w:lang w:val="lt-LT"/>
        </w:rPr>
        <w:t xml:space="preserve">, </w:t>
      </w:r>
      <w:r w:rsidRPr="0044314C">
        <w:rPr>
          <w:lang w:val="lt-LT"/>
        </w:rPr>
        <w:t xml:space="preserve">senamiesčio nameliai, Teatro aikštė ir </w:t>
      </w:r>
      <w:proofErr w:type="spellStart"/>
      <w:r w:rsidRPr="0044314C">
        <w:rPr>
          <w:lang w:val="lt-LT"/>
        </w:rPr>
        <w:t>Taravos</w:t>
      </w:r>
      <w:proofErr w:type="spellEnd"/>
      <w:r w:rsidRPr="0044314C">
        <w:rPr>
          <w:lang w:val="lt-LT"/>
        </w:rPr>
        <w:t xml:space="preserve"> </w:t>
      </w:r>
      <w:proofErr w:type="spellStart"/>
      <w:r w:rsidRPr="0044314C">
        <w:rPr>
          <w:lang w:val="lt-LT"/>
        </w:rPr>
        <w:t>Anikė</w:t>
      </w:r>
      <w:proofErr w:type="spellEnd"/>
      <w:r w:rsidR="005B138E" w:rsidRPr="0044314C">
        <w:rPr>
          <w:lang w:val="lt-LT"/>
        </w:rPr>
        <w:t xml:space="preserve">, </w:t>
      </w:r>
      <w:r w:rsidRPr="0044314C">
        <w:rPr>
          <w:lang w:val="lt-LT"/>
        </w:rPr>
        <w:t>miesto skulptūros: Kaminkrėtys, Juodasis vaiduoklis ir kitos</w:t>
      </w:r>
      <w:r w:rsidR="005B138E" w:rsidRPr="0044314C">
        <w:rPr>
          <w:lang w:val="lt-LT"/>
        </w:rPr>
        <w:t xml:space="preserve">, </w:t>
      </w:r>
      <w:r w:rsidRPr="0044314C">
        <w:rPr>
          <w:lang w:val="lt-LT"/>
        </w:rPr>
        <w:t>Smiltynė, Kopgalis, Jūrų muziejus, Melnragės paplūdimys</w:t>
      </w:r>
      <w:r w:rsidR="005B138E" w:rsidRPr="0044314C">
        <w:rPr>
          <w:lang w:val="lt-LT"/>
        </w:rPr>
        <w:t xml:space="preserve">, </w:t>
      </w:r>
      <w:r w:rsidRPr="0044314C">
        <w:rPr>
          <w:lang w:val="lt-LT"/>
        </w:rPr>
        <w:lastRenderedPageBreak/>
        <w:t>jūra, marios ir kopos</w:t>
      </w:r>
      <w:r w:rsidR="005B138E" w:rsidRPr="0044314C">
        <w:rPr>
          <w:lang w:val="lt-LT"/>
        </w:rPr>
        <w:t xml:space="preserve">, </w:t>
      </w:r>
      <w:r w:rsidRPr="0044314C">
        <w:rPr>
          <w:lang w:val="lt-LT"/>
        </w:rPr>
        <w:t>mūsų</w:t>
      </w:r>
      <w:r>
        <w:t xml:space="preserve"> </w:t>
      </w:r>
      <w:proofErr w:type="spellStart"/>
      <w:r>
        <w:t>darželis</w:t>
      </w:r>
      <w:proofErr w:type="spellEnd"/>
      <w:r>
        <w:t xml:space="preserve">, </w:t>
      </w:r>
      <w:proofErr w:type="spellStart"/>
      <w:r>
        <w:t>jūsų</w:t>
      </w:r>
      <w:proofErr w:type="spellEnd"/>
      <w:r>
        <w:t xml:space="preserve"> </w:t>
      </w:r>
      <w:proofErr w:type="spellStart"/>
      <w:r>
        <w:t>gatvė</w:t>
      </w:r>
      <w:proofErr w:type="spellEnd"/>
      <w:r>
        <w:t xml:space="preserve"> </w:t>
      </w:r>
      <w:proofErr w:type="spellStart"/>
      <w:r>
        <w:t>ar</w:t>
      </w:r>
      <w:proofErr w:type="spellEnd"/>
      <w:r>
        <w:t xml:space="preserve"> </w:t>
      </w:r>
      <w:proofErr w:type="spellStart"/>
      <w:r>
        <w:t>namai</w:t>
      </w:r>
      <w:proofErr w:type="spellEnd"/>
      <w:r>
        <w:t>.</w:t>
      </w:r>
      <w:r w:rsidR="005B138E">
        <w:t xml:space="preserve"> </w:t>
      </w:r>
      <w:r>
        <w:t xml:space="preserve">Tai tik </w:t>
      </w:r>
      <w:proofErr w:type="spellStart"/>
      <w:r>
        <w:t>pavyzdžiai</w:t>
      </w:r>
      <w:proofErr w:type="spellEnd"/>
      <w:r>
        <w:t>. Kviečiame drąsiai įgyvendinti bet kokias savo idėjas apie Klaipėdą: mėgstamą vietą, šeimos prisiminimą, miesto istoriją, ateities svajonę ar tai, ką Klaipėdoje labiausiai myli jūsų vaikas.</w:t>
      </w:r>
    </w:p>
    <w:p w14:paraId="03F880F1" w14:textId="77777777" w:rsidR="00D90FAC" w:rsidRDefault="00000000" w:rsidP="0044314C">
      <w:pPr>
        <w:numPr>
          <w:ilvl w:val="0"/>
          <w:numId w:val="10"/>
        </w:numPr>
        <w:ind w:firstLine="720"/>
      </w:pPr>
      <w:r>
        <w:t>Šviesa. Darbas turi šviesti arba atspindėti šviesą: žibintas, šviečiantis namelis, švyturys, girliandos kompozicija, vitražas ar kitas sumanymas.</w:t>
      </w:r>
    </w:p>
    <w:p w14:paraId="6F7740B1" w14:textId="77777777" w:rsidR="00D90FAC" w:rsidRDefault="00000000" w:rsidP="0044314C">
      <w:pPr>
        <w:numPr>
          <w:ilvl w:val="0"/>
          <w:numId w:val="10"/>
        </w:numPr>
        <w:ind w:firstLine="720"/>
      </w:pPr>
      <w:r>
        <w:t>Medžiagos. Galima naudoti bet kokias medžiagas. Ypač kviečiame panaudoti antrines žaliavas: stiklainius, butelius, dėžutes, popierių, medžiagų skiautes.</w:t>
      </w:r>
    </w:p>
    <w:p w14:paraId="4CF9A768" w14:textId="77777777" w:rsidR="00D90FAC" w:rsidRDefault="00000000" w:rsidP="0044314C">
      <w:pPr>
        <w:numPr>
          <w:ilvl w:val="0"/>
          <w:numId w:val="10"/>
        </w:numPr>
        <w:ind w:firstLine="720"/>
      </w:pPr>
      <w:r>
        <w:t>Saugumas:</w:t>
      </w:r>
    </w:p>
    <w:p w14:paraId="20982A35" w14:textId="77777777" w:rsidR="00D90FAC" w:rsidRDefault="00000000" w:rsidP="0044314C">
      <w:pPr>
        <w:numPr>
          <w:ilvl w:val="1"/>
          <w:numId w:val="10"/>
        </w:numPr>
        <w:ind w:firstLine="720"/>
      </w:pPr>
      <w:r>
        <w:t>naudoti tik LED lemputes ar girliandas su baterijomis;</w:t>
      </w:r>
    </w:p>
    <w:p w14:paraId="0897FC8A" w14:textId="77777777" w:rsidR="00D90FAC" w:rsidRDefault="00000000" w:rsidP="0044314C">
      <w:pPr>
        <w:numPr>
          <w:ilvl w:val="1"/>
          <w:numId w:val="10"/>
        </w:numPr>
        <w:ind w:firstLine="720"/>
      </w:pPr>
      <w:r>
        <w:t>draudžiama naudoti tikras žvakes, atvirą ugnį ir prietaisus, jungiamus į elektros tinklą (230 V);</w:t>
      </w:r>
    </w:p>
    <w:p w14:paraId="49BFDFF9" w14:textId="77777777" w:rsidR="00D90FAC" w:rsidRDefault="00000000" w:rsidP="0044314C">
      <w:pPr>
        <w:numPr>
          <w:ilvl w:val="1"/>
          <w:numId w:val="10"/>
        </w:numPr>
        <w:ind w:firstLine="720"/>
      </w:pPr>
      <w:r>
        <w:t>darbas turi būti tvirtas, be aštrių ar lengvai nulaužiamų smulkių detalių.</w:t>
      </w:r>
    </w:p>
    <w:p w14:paraId="610022E1" w14:textId="77777777" w:rsidR="00D90FAC" w:rsidRDefault="00000000" w:rsidP="0044314C">
      <w:pPr>
        <w:numPr>
          <w:ilvl w:val="0"/>
          <w:numId w:val="10"/>
        </w:numPr>
        <w:ind w:firstLine="720"/>
      </w:pPr>
      <w:r>
        <w:t>Dydis. Rekomenduojama, kad darbas būtų ne didesnis kaip 50 cm aukščio ir pločio, kad tilptų ekspozicijoje.</w:t>
      </w:r>
    </w:p>
    <w:p w14:paraId="5D470042" w14:textId="77777777" w:rsidR="00D90FAC" w:rsidRDefault="00000000" w:rsidP="0044314C">
      <w:pPr>
        <w:numPr>
          <w:ilvl w:val="0"/>
          <w:numId w:val="10"/>
        </w:numPr>
        <w:ind w:firstLine="720"/>
      </w:pPr>
      <w:r>
        <w:t>Ženklinimas. Prie darbo pritvirtinama kortelė su darbo pavadinimu, autorių vardais ir grupės pavadinimu.</w:t>
      </w:r>
    </w:p>
    <w:p w14:paraId="07E1BABF" w14:textId="77777777" w:rsidR="00D90FAC" w:rsidRDefault="00D90FAC">
      <w:pPr>
        <w:jc w:val="center"/>
      </w:pPr>
    </w:p>
    <w:p w14:paraId="79C5F1E6" w14:textId="30C9D93B" w:rsidR="00D90FAC" w:rsidRDefault="00000000">
      <w:pPr>
        <w:jc w:val="center"/>
        <w:rPr>
          <w:b/>
        </w:rPr>
      </w:pPr>
      <w:r>
        <w:rPr>
          <w:b/>
        </w:rPr>
        <w:t>V SKYRIUS</w:t>
      </w:r>
      <w:r w:rsidR="005B138E">
        <w:rPr>
          <w:b/>
        </w:rPr>
        <w:t xml:space="preserve">. </w:t>
      </w:r>
      <w:r>
        <w:rPr>
          <w:b/>
        </w:rPr>
        <w:t>ORGANIZAVIMO TVARKA IR TERMINAI</w:t>
      </w:r>
    </w:p>
    <w:p w14:paraId="2A7266B8" w14:textId="77777777" w:rsidR="0044314C" w:rsidRDefault="0044314C" w:rsidP="0044314C"/>
    <w:p w14:paraId="39DDED74" w14:textId="77777777" w:rsidR="00D90FAC" w:rsidRDefault="00000000" w:rsidP="0044314C">
      <w:pPr>
        <w:numPr>
          <w:ilvl w:val="0"/>
          <w:numId w:val="10"/>
        </w:numPr>
      </w:pPr>
      <w:r>
        <w:t>Darbus šeimos kuria namuose, laisvu laiku, ir atneša į savo vaiko grupę. Mokytojos juos perduoda organizacinei grupei, kuri išdėsto bendrą ekspoziciją Įstaigos koridoriuose.</w:t>
      </w:r>
    </w:p>
    <w:p w14:paraId="11EB605F" w14:textId="77777777" w:rsidR="00D90FAC" w:rsidRDefault="00000000" w:rsidP="0044314C">
      <w:pPr>
        <w:numPr>
          <w:ilvl w:val="0"/>
          <w:numId w:val="10"/>
        </w:numPr>
      </w:pPr>
      <w:r>
        <w:t>Kūrybos akimirkos. Kviečiame nufotografuoti, kaip darbą kuriate kartu su šeima, ir atsiųsti 1–3 nuotraukas iki lapkričio 19 d. Nuotraukas galima atsiųsti žinute Įstaigos Facebook ar Instagram paskyrai arba el. paštu ugdymas@ldziburelis.lt. Laiške ar žinutėje nurodykite darbo pavadinimą, autorių vardus ir grupę. Nuotraukos bus eksponuojamos šalia darbų ir skelbiamos Įstaigos paskyrose.</w:t>
      </w:r>
    </w:p>
    <w:p w14:paraId="0DDCDF34" w14:textId="77777777" w:rsidR="00D90FAC" w:rsidRDefault="00000000">
      <w:pPr>
        <w:numPr>
          <w:ilvl w:val="0"/>
          <w:numId w:val="10"/>
        </w:numPr>
        <w:jc w:val="both"/>
      </w:pPr>
      <w:r>
        <w:t>Ekspozicijos organizavimo etapai ir terminai:</w:t>
      </w:r>
    </w:p>
    <w:tbl>
      <w:tblPr>
        <w:tblStyle w:val="Lentelstinklelis"/>
        <w:tblW w:w="0" w:type="auto"/>
        <w:tblLook w:val="04A0" w:firstRow="1" w:lastRow="0" w:firstColumn="1" w:lastColumn="0" w:noHBand="0" w:noVBand="1"/>
      </w:tblPr>
      <w:tblGrid>
        <w:gridCol w:w="3644"/>
        <w:gridCol w:w="3635"/>
        <w:gridCol w:w="2349"/>
      </w:tblGrid>
      <w:tr w:rsidR="00D90FAC" w14:paraId="40F3AF28" w14:textId="77777777" w:rsidTr="005B138E">
        <w:tc>
          <w:tcPr>
            <w:tcW w:w="3685" w:type="dxa"/>
          </w:tcPr>
          <w:p w14:paraId="6D6B7454" w14:textId="77777777" w:rsidR="00D90FAC" w:rsidRDefault="00000000">
            <w:proofErr w:type="spellStart"/>
            <w:r>
              <w:rPr>
                <w:b/>
                <w:sz w:val="20"/>
              </w:rPr>
              <w:t>Etapas</w:t>
            </w:r>
            <w:proofErr w:type="spellEnd"/>
          </w:p>
        </w:tc>
        <w:tc>
          <w:tcPr>
            <w:tcW w:w="3685" w:type="dxa"/>
          </w:tcPr>
          <w:p w14:paraId="4E5A9B53" w14:textId="7DA33D5B" w:rsidR="00D90FAC" w:rsidRDefault="00000000">
            <w:proofErr w:type="spellStart"/>
            <w:r>
              <w:rPr>
                <w:b/>
                <w:sz w:val="20"/>
              </w:rPr>
              <w:t>Laikas</w:t>
            </w:r>
            <w:proofErr w:type="spellEnd"/>
            <w:r>
              <w:rPr>
                <w:b/>
                <w:sz w:val="20"/>
              </w:rPr>
              <w:t xml:space="preserve"> (202</w:t>
            </w:r>
            <w:r w:rsidR="005B138E">
              <w:rPr>
                <w:b/>
                <w:sz w:val="20"/>
              </w:rPr>
              <w:t>6 – 2027</w:t>
            </w:r>
            <w:r>
              <w:rPr>
                <w:b/>
                <w:sz w:val="20"/>
              </w:rPr>
              <w:t xml:space="preserve"> m.)</w:t>
            </w:r>
          </w:p>
        </w:tc>
        <w:tc>
          <w:tcPr>
            <w:tcW w:w="2368" w:type="dxa"/>
          </w:tcPr>
          <w:p w14:paraId="05058CB5" w14:textId="77777777" w:rsidR="00D90FAC" w:rsidRDefault="00000000">
            <w:r>
              <w:rPr>
                <w:b/>
                <w:sz w:val="20"/>
              </w:rPr>
              <w:t>Atsakingi</w:t>
            </w:r>
          </w:p>
        </w:tc>
      </w:tr>
      <w:tr w:rsidR="00D90FAC" w14:paraId="3906437F" w14:textId="77777777" w:rsidTr="005B138E">
        <w:tc>
          <w:tcPr>
            <w:tcW w:w="3685" w:type="dxa"/>
          </w:tcPr>
          <w:p w14:paraId="5F935C3C" w14:textId="77777777" w:rsidR="00D90FAC" w:rsidRDefault="00000000">
            <w:r>
              <w:rPr>
                <w:sz w:val="20"/>
              </w:rPr>
              <w:t>Nuostatų paskelbimas tėvams ir darbuotojams</w:t>
            </w:r>
          </w:p>
        </w:tc>
        <w:tc>
          <w:tcPr>
            <w:tcW w:w="3685" w:type="dxa"/>
          </w:tcPr>
          <w:p w14:paraId="3346474F" w14:textId="057BDF39" w:rsidR="00D90FAC" w:rsidRDefault="005B138E">
            <w:r>
              <w:rPr>
                <w:sz w:val="20"/>
              </w:rPr>
              <w:t>2026 m. lapkri</w:t>
            </w:r>
            <w:r>
              <w:rPr>
                <w:sz w:val="20"/>
                <w:lang w:val="lt-LT"/>
              </w:rPr>
              <w:t>čio</w:t>
            </w:r>
            <w:r>
              <w:rPr>
                <w:sz w:val="20"/>
              </w:rPr>
              <w:t xml:space="preserve"> </w:t>
            </w:r>
            <w:proofErr w:type="spellStart"/>
            <w:r>
              <w:rPr>
                <w:sz w:val="20"/>
              </w:rPr>
              <w:t>mėn</w:t>
            </w:r>
            <w:proofErr w:type="spellEnd"/>
            <w:r>
              <w:rPr>
                <w:sz w:val="20"/>
              </w:rPr>
              <w:t>.</w:t>
            </w:r>
          </w:p>
        </w:tc>
        <w:tc>
          <w:tcPr>
            <w:tcW w:w="2368" w:type="dxa"/>
          </w:tcPr>
          <w:p w14:paraId="2A2A6F8D" w14:textId="77777777" w:rsidR="00D90FAC" w:rsidRDefault="00000000">
            <w:proofErr w:type="spellStart"/>
            <w:r>
              <w:rPr>
                <w:sz w:val="20"/>
              </w:rPr>
              <w:t>Organizacinė</w:t>
            </w:r>
            <w:proofErr w:type="spellEnd"/>
            <w:r>
              <w:rPr>
                <w:sz w:val="20"/>
              </w:rPr>
              <w:t xml:space="preserve"> </w:t>
            </w:r>
            <w:proofErr w:type="spellStart"/>
            <w:r>
              <w:rPr>
                <w:sz w:val="20"/>
              </w:rPr>
              <w:t>grupė</w:t>
            </w:r>
            <w:proofErr w:type="spellEnd"/>
          </w:p>
        </w:tc>
      </w:tr>
      <w:tr w:rsidR="00D90FAC" w14:paraId="5B4BDABB" w14:textId="77777777" w:rsidTr="005B138E">
        <w:tc>
          <w:tcPr>
            <w:tcW w:w="3685" w:type="dxa"/>
          </w:tcPr>
          <w:p w14:paraId="40583FB8" w14:textId="77777777" w:rsidR="00D90FAC" w:rsidRDefault="00000000">
            <w:r>
              <w:rPr>
                <w:sz w:val="20"/>
              </w:rPr>
              <w:t>Darbų kūrimas šeimose</w:t>
            </w:r>
          </w:p>
        </w:tc>
        <w:tc>
          <w:tcPr>
            <w:tcW w:w="3685" w:type="dxa"/>
          </w:tcPr>
          <w:p w14:paraId="149154DB" w14:textId="6C920D12" w:rsidR="00D90FAC" w:rsidRDefault="005B138E">
            <w:r>
              <w:rPr>
                <w:sz w:val="20"/>
              </w:rPr>
              <w:t xml:space="preserve">2026 m. </w:t>
            </w:r>
            <w:proofErr w:type="spellStart"/>
            <w:r>
              <w:rPr>
                <w:sz w:val="20"/>
              </w:rPr>
              <w:t>lapkričio</w:t>
            </w:r>
            <w:proofErr w:type="spellEnd"/>
            <w:r>
              <w:rPr>
                <w:sz w:val="20"/>
              </w:rPr>
              <w:t xml:space="preserve"> </w:t>
            </w:r>
            <w:proofErr w:type="spellStart"/>
            <w:r>
              <w:rPr>
                <w:sz w:val="20"/>
              </w:rPr>
              <w:t>mėn</w:t>
            </w:r>
            <w:proofErr w:type="spellEnd"/>
            <w:r>
              <w:rPr>
                <w:sz w:val="20"/>
              </w:rPr>
              <w:t>.</w:t>
            </w:r>
          </w:p>
        </w:tc>
        <w:tc>
          <w:tcPr>
            <w:tcW w:w="2368" w:type="dxa"/>
          </w:tcPr>
          <w:p w14:paraId="26711553" w14:textId="77777777" w:rsidR="00D90FAC" w:rsidRDefault="00000000">
            <w:r>
              <w:rPr>
                <w:sz w:val="20"/>
              </w:rPr>
              <w:t>Šeimos, darbuotojai</w:t>
            </w:r>
          </w:p>
        </w:tc>
      </w:tr>
      <w:tr w:rsidR="00D90FAC" w14:paraId="4544CAFE" w14:textId="77777777" w:rsidTr="005B138E">
        <w:tc>
          <w:tcPr>
            <w:tcW w:w="3685" w:type="dxa"/>
          </w:tcPr>
          <w:p w14:paraId="08132003" w14:textId="77777777" w:rsidR="00D90FAC" w:rsidRDefault="00000000">
            <w:r>
              <w:rPr>
                <w:sz w:val="20"/>
              </w:rPr>
              <w:t>Darbų pristatymas į grupes</w:t>
            </w:r>
          </w:p>
        </w:tc>
        <w:tc>
          <w:tcPr>
            <w:tcW w:w="3685" w:type="dxa"/>
          </w:tcPr>
          <w:p w14:paraId="60BFD207" w14:textId="2667ECAA" w:rsidR="00D90FAC" w:rsidRDefault="00000000">
            <w:r>
              <w:rPr>
                <w:sz w:val="20"/>
              </w:rPr>
              <w:t xml:space="preserve">iki </w:t>
            </w:r>
            <w:r w:rsidR="005B138E">
              <w:rPr>
                <w:sz w:val="20"/>
              </w:rPr>
              <w:t xml:space="preserve">2026 m. </w:t>
            </w:r>
            <w:r>
              <w:rPr>
                <w:sz w:val="20"/>
              </w:rPr>
              <w:t xml:space="preserve"> </w:t>
            </w:r>
            <w:proofErr w:type="spellStart"/>
            <w:r>
              <w:rPr>
                <w:sz w:val="20"/>
              </w:rPr>
              <w:t>lapkričio</w:t>
            </w:r>
            <w:proofErr w:type="spellEnd"/>
            <w:r>
              <w:rPr>
                <w:sz w:val="20"/>
              </w:rPr>
              <w:t xml:space="preserve"> 19 d.</w:t>
            </w:r>
          </w:p>
        </w:tc>
        <w:tc>
          <w:tcPr>
            <w:tcW w:w="2368" w:type="dxa"/>
          </w:tcPr>
          <w:p w14:paraId="39E94690" w14:textId="77777777" w:rsidR="00D90FAC" w:rsidRDefault="00000000">
            <w:r>
              <w:rPr>
                <w:sz w:val="20"/>
              </w:rPr>
              <w:t xml:space="preserve">Šeimos, </w:t>
            </w:r>
            <w:proofErr w:type="spellStart"/>
            <w:r>
              <w:rPr>
                <w:sz w:val="20"/>
              </w:rPr>
              <w:t>grupių</w:t>
            </w:r>
            <w:proofErr w:type="spellEnd"/>
            <w:r>
              <w:rPr>
                <w:sz w:val="20"/>
              </w:rPr>
              <w:t xml:space="preserve"> </w:t>
            </w:r>
            <w:proofErr w:type="spellStart"/>
            <w:r>
              <w:rPr>
                <w:sz w:val="20"/>
              </w:rPr>
              <w:t>mokytojos</w:t>
            </w:r>
            <w:proofErr w:type="spellEnd"/>
          </w:p>
        </w:tc>
      </w:tr>
      <w:tr w:rsidR="00D90FAC" w14:paraId="349F141D" w14:textId="77777777" w:rsidTr="005B138E">
        <w:tc>
          <w:tcPr>
            <w:tcW w:w="3685" w:type="dxa"/>
          </w:tcPr>
          <w:p w14:paraId="7B2C5374" w14:textId="77777777" w:rsidR="00D90FAC" w:rsidRDefault="00000000">
            <w:r>
              <w:rPr>
                <w:sz w:val="20"/>
              </w:rPr>
              <w:t>Ekspozicijos įrengimas ir pristatymas bendruomenei</w:t>
            </w:r>
          </w:p>
        </w:tc>
        <w:tc>
          <w:tcPr>
            <w:tcW w:w="3685" w:type="dxa"/>
          </w:tcPr>
          <w:p w14:paraId="6E8A7988" w14:textId="77777777" w:rsidR="00D90FAC" w:rsidRDefault="00000000">
            <w:r>
              <w:rPr>
                <w:sz w:val="20"/>
              </w:rPr>
              <w:t>paskutinė lapkričio savaitė (lapkričio 22–26 d.)</w:t>
            </w:r>
          </w:p>
        </w:tc>
        <w:tc>
          <w:tcPr>
            <w:tcW w:w="2368" w:type="dxa"/>
          </w:tcPr>
          <w:p w14:paraId="516541ED" w14:textId="77777777" w:rsidR="00D90FAC" w:rsidRDefault="00000000">
            <w:r>
              <w:rPr>
                <w:sz w:val="20"/>
              </w:rPr>
              <w:t>Organizacinė grupė</w:t>
            </w:r>
          </w:p>
        </w:tc>
      </w:tr>
      <w:tr w:rsidR="00D90FAC" w14:paraId="1630689F" w14:textId="77777777" w:rsidTr="005B138E">
        <w:tc>
          <w:tcPr>
            <w:tcW w:w="3685" w:type="dxa"/>
          </w:tcPr>
          <w:p w14:paraId="55D36F68" w14:textId="77777777" w:rsidR="00D90FAC" w:rsidRDefault="00000000">
            <w:r>
              <w:rPr>
                <w:sz w:val="20"/>
              </w:rPr>
              <w:t>Ekspozicija Įstaigos koridoriuose</w:t>
            </w:r>
          </w:p>
        </w:tc>
        <w:tc>
          <w:tcPr>
            <w:tcW w:w="3685" w:type="dxa"/>
          </w:tcPr>
          <w:p w14:paraId="2B65BE93" w14:textId="7B5BD2FC" w:rsidR="00D90FAC" w:rsidRDefault="005B138E">
            <w:r>
              <w:rPr>
                <w:sz w:val="20"/>
              </w:rPr>
              <w:t xml:space="preserve">2026 m. </w:t>
            </w:r>
            <w:proofErr w:type="spellStart"/>
            <w:r>
              <w:rPr>
                <w:sz w:val="20"/>
              </w:rPr>
              <w:t>lapkričio</w:t>
            </w:r>
            <w:proofErr w:type="spellEnd"/>
            <w:r>
              <w:rPr>
                <w:sz w:val="20"/>
              </w:rPr>
              <w:t xml:space="preserve"> 26 d. – 2027 m. </w:t>
            </w:r>
            <w:proofErr w:type="spellStart"/>
            <w:r>
              <w:rPr>
                <w:sz w:val="20"/>
              </w:rPr>
              <w:t>sausio</w:t>
            </w:r>
            <w:proofErr w:type="spellEnd"/>
            <w:r>
              <w:rPr>
                <w:sz w:val="20"/>
              </w:rPr>
              <w:t xml:space="preserve"> 6 d.</w:t>
            </w:r>
          </w:p>
        </w:tc>
        <w:tc>
          <w:tcPr>
            <w:tcW w:w="2368" w:type="dxa"/>
          </w:tcPr>
          <w:p w14:paraId="794CE66A" w14:textId="77777777" w:rsidR="00D90FAC" w:rsidRDefault="00000000">
            <w:r>
              <w:rPr>
                <w:sz w:val="20"/>
              </w:rPr>
              <w:t>Organizacinė grupė</w:t>
            </w:r>
          </w:p>
        </w:tc>
      </w:tr>
      <w:tr w:rsidR="00D90FAC" w14:paraId="746B01A2" w14:textId="77777777" w:rsidTr="005B138E">
        <w:tc>
          <w:tcPr>
            <w:tcW w:w="3685" w:type="dxa"/>
          </w:tcPr>
          <w:p w14:paraId="5A2A55D4" w14:textId="77777777" w:rsidR="00D90FAC" w:rsidRDefault="00000000">
            <w:r>
              <w:rPr>
                <w:sz w:val="20"/>
              </w:rPr>
              <w:t>Darbų atsiėmimas</w:t>
            </w:r>
          </w:p>
        </w:tc>
        <w:tc>
          <w:tcPr>
            <w:tcW w:w="3685" w:type="dxa"/>
          </w:tcPr>
          <w:p w14:paraId="252B9D74" w14:textId="18B940DF" w:rsidR="00D90FAC" w:rsidRDefault="005B138E">
            <w:r>
              <w:rPr>
                <w:sz w:val="20"/>
              </w:rPr>
              <w:t xml:space="preserve">2027 m. </w:t>
            </w:r>
            <w:proofErr w:type="spellStart"/>
            <w:r>
              <w:rPr>
                <w:sz w:val="20"/>
              </w:rPr>
              <w:t>sausio</w:t>
            </w:r>
            <w:proofErr w:type="spellEnd"/>
            <w:r>
              <w:rPr>
                <w:sz w:val="20"/>
              </w:rPr>
              <w:t xml:space="preserve"> 7 d. – 11 d. </w:t>
            </w:r>
          </w:p>
        </w:tc>
        <w:tc>
          <w:tcPr>
            <w:tcW w:w="2368" w:type="dxa"/>
          </w:tcPr>
          <w:p w14:paraId="15443326" w14:textId="77777777" w:rsidR="00D90FAC" w:rsidRDefault="00000000">
            <w:r>
              <w:rPr>
                <w:sz w:val="20"/>
              </w:rPr>
              <w:t>Šeimos, grupių mokytojos</w:t>
            </w:r>
          </w:p>
        </w:tc>
      </w:tr>
    </w:tbl>
    <w:p w14:paraId="482A92F8" w14:textId="65185FE4" w:rsidR="00D90FAC" w:rsidRDefault="00000000" w:rsidP="0044314C">
      <w:pPr>
        <w:numPr>
          <w:ilvl w:val="0"/>
          <w:numId w:val="10"/>
        </w:numPr>
      </w:pPr>
      <w:proofErr w:type="spellStart"/>
      <w:r>
        <w:t>Darbai</w:t>
      </w:r>
      <w:proofErr w:type="spellEnd"/>
      <w:r>
        <w:t xml:space="preserve">, </w:t>
      </w:r>
      <w:proofErr w:type="spellStart"/>
      <w:r>
        <w:t>neatsiimti</w:t>
      </w:r>
      <w:proofErr w:type="spellEnd"/>
      <w:r>
        <w:t xml:space="preserve"> </w:t>
      </w:r>
      <w:proofErr w:type="spellStart"/>
      <w:r>
        <w:t>iki</w:t>
      </w:r>
      <w:proofErr w:type="spellEnd"/>
      <w:r>
        <w:t xml:space="preserve"> </w:t>
      </w:r>
      <w:r w:rsidR="005B138E">
        <w:t xml:space="preserve">2027 m. </w:t>
      </w:r>
      <w:proofErr w:type="spellStart"/>
      <w:r w:rsidR="005B138E">
        <w:t>sausio</w:t>
      </w:r>
      <w:proofErr w:type="spellEnd"/>
      <w:r w:rsidR="005B138E">
        <w:t xml:space="preserve"> 7</w:t>
      </w:r>
      <w:r>
        <w:t xml:space="preserve"> d., gali būti palikti Įstaigai arba utilizuoti.</w:t>
      </w:r>
    </w:p>
    <w:p w14:paraId="24551C52" w14:textId="77777777" w:rsidR="00D90FAC" w:rsidRDefault="00D90FAC">
      <w:pPr>
        <w:jc w:val="center"/>
      </w:pPr>
    </w:p>
    <w:p w14:paraId="3A0C23C3" w14:textId="118776AD" w:rsidR="005B138E" w:rsidRDefault="00000000" w:rsidP="005B138E">
      <w:pPr>
        <w:jc w:val="center"/>
        <w:rPr>
          <w:b/>
        </w:rPr>
      </w:pPr>
      <w:r>
        <w:rPr>
          <w:b/>
        </w:rPr>
        <w:t>VI SKYRIUS</w:t>
      </w:r>
      <w:r w:rsidR="005B138E">
        <w:rPr>
          <w:b/>
        </w:rPr>
        <w:t xml:space="preserve">. </w:t>
      </w:r>
      <w:r>
        <w:rPr>
          <w:b/>
        </w:rPr>
        <w:t>BAIGIAMOSIOS NUOSTATOS</w:t>
      </w:r>
    </w:p>
    <w:p w14:paraId="5946BC8B" w14:textId="77777777" w:rsidR="0044314C" w:rsidRPr="005B138E" w:rsidRDefault="0044314C" w:rsidP="0044314C">
      <w:pPr>
        <w:rPr>
          <w:b/>
        </w:rPr>
      </w:pPr>
    </w:p>
    <w:p w14:paraId="6D065B88" w14:textId="77777777" w:rsidR="00D90FAC" w:rsidRDefault="00000000" w:rsidP="0044314C">
      <w:pPr>
        <w:numPr>
          <w:ilvl w:val="0"/>
          <w:numId w:val="10"/>
        </w:numPr>
      </w:pPr>
      <w:r>
        <w:t>Visiems dalyviams bus įteiktos Įstaigos padėkos.</w:t>
      </w:r>
    </w:p>
    <w:p w14:paraId="27F26047" w14:textId="77777777" w:rsidR="00D90FAC" w:rsidRDefault="00000000" w:rsidP="0044314C">
      <w:pPr>
        <w:numPr>
          <w:ilvl w:val="0"/>
          <w:numId w:val="10"/>
        </w:numPr>
      </w:pPr>
      <w:r>
        <w:t>Ekspozicijos ir kūrybos akimirkų nuotraukos bus eksponuojamos Įstaigoje ir skelbiamos Įstaigos interneto svetainėje ldziburelis.lt bei Įstaigos Facebook ir Instagram paskyrose.</w:t>
      </w:r>
    </w:p>
    <w:p w14:paraId="18643E9D" w14:textId="77777777" w:rsidR="00D90FAC" w:rsidRDefault="00000000" w:rsidP="0044314C">
      <w:pPr>
        <w:numPr>
          <w:ilvl w:val="0"/>
          <w:numId w:val="10"/>
        </w:numPr>
      </w:pPr>
      <w:r>
        <w:lastRenderedPageBreak/>
        <w:t>Pateikdami darbą ar atsiųsdami nuotraukas, dalyviai patvirtina, kad turi teisę juos viešinti, ir sutinka, kad jie būtų naudojami Ekspozicijos viešinimo, edukaciniais ir nekomerciniais tikslais.</w:t>
      </w:r>
    </w:p>
    <w:p w14:paraId="58C2D710" w14:textId="77777777" w:rsidR="00D90FAC" w:rsidRDefault="00000000" w:rsidP="0044314C">
      <w:pPr>
        <w:numPr>
          <w:ilvl w:val="0"/>
          <w:numId w:val="10"/>
        </w:numPr>
      </w:pPr>
      <w:r>
        <w:t>Atsiųsdami nuotraukas, kuriose matyti kiti asmenys (pvz., kitų šeimų vaikai ar artimieji), dalyviai patvirtina, kad gavo tų asmenų ar jų tėvų (globėjų) sutikimą naudoti ir viešinti jų atvaizdus. Atsakomybė už teisėtą atvaizdų naudojimą tenka nuotraukas pateikusiam asmeniui.</w:t>
      </w:r>
    </w:p>
    <w:p w14:paraId="45C16C56" w14:textId="77777777" w:rsidR="00D90FAC" w:rsidRDefault="00000000" w:rsidP="0044314C">
      <w:pPr>
        <w:numPr>
          <w:ilvl w:val="0"/>
          <w:numId w:val="10"/>
        </w:numPr>
      </w:pPr>
      <w:r>
        <w:t>Tėvai (globėjai), nepageidaujantys, kad jų vaiko nuotrauka būtų skelbiama socialiniuose tinkluose, tai nurodo siunčiant nuotraukas. Tokiu atveju nuotrauka bus naudojama tik ekspozicijoje Įstaigoje. Įstaigos darbuotojų darytose ekspozicijos nuotraukose vaikų veidai skelbiami tik turint tėvų (globėjų) sutikimą.</w:t>
      </w:r>
    </w:p>
    <w:p w14:paraId="2865EBD2" w14:textId="77777777" w:rsidR="00D90FAC" w:rsidRDefault="00000000" w:rsidP="0044314C">
      <w:pPr>
        <w:numPr>
          <w:ilvl w:val="0"/>
          <w:numId w:val="10"/>
        </w:numPr>
      </w:pPr>
      <w:r>
        <w:t>Organizatoriai neatsako už dalyvių pateiktų nuotraukų turinį ir teisėtumą. Nustatę galimą asmens duomenų apsaugos pažeidimą ar temos neatitikimą, organizatoriai turi teisę nuotraukos neskelbti arba nedelsdami ją pašalinti be atskiro įspėjimo.</w:t>
      </w:r>
    </w:p>
    <w:p w14:paraId="6914A330" w14:textId="77777777" w:rsidR="00D90FAC" w:rsidRDefault="00000000" w:rsidP="0044314C">
      <w:pPr>
        <w:numPr>
          <w:ilvl w:val="0"/>
          <w:numId w:val="10"/>
        </w:numPr>
      </w:pPr>
      <w:r>
        <w:t>Dalyvių asmens duomenys (vardai, grupės pavadinimas, el. pašto adresas) naudojami tik Ekspozicijos organizavimo, komunikavimo ir viešinimo tikslais, vadovaujantis galiojančiais teisės aktais.</w:t>
      </w:r>
    </w:p>
    <w:p w14:paraId="57C568B7" w14:textId="77777777" w:rsidR="00D90FAC" w:rsidRDefault="00000000" w:rsidP="0044314C">
      <w:pPr>
        <w:numPr>
          <w:ilvl w:val="0"/>
          <w:numId w:val="10"/>
        </w:numPr>
      </w:pPr>
      <w:r>
        <w:t>Organizatoriai stengsis, kad darbai būtų saugomi tvarkingai, tačiau neatsako už lengvai pažeidžiamų darbų ar baterijų nusidėvėjimą.</w:t>
      </w:r>
    </w:p>
    <w:p w14:paraId="4B4F0D1F" w14:textId="77777777" w:rsidR="00D90FAC" w:rsidRDefault="00000000" w:rsidP="0044314C">
      <w:pPr>
        <w:numPr>
          <w:ilvl w:val="0"/>
          <w:numId w:val="10"/>
        </w:numPr>
      </w:pPr>
      <w:r>
        <w:t>Organizatoriai turi teisę, esant poreikiui, tikslinti ar papildyti šiuos nuostatus. Apie pakeitimus dalyviai informuojami per grupių mokytojas ir Įstaigos paskyrose.</w:t>
      </w:r>
    </w:p>
    <w:p w14:paraId="32B73388" w14:textId="5A218329" w:rsidR="00D90FAC" w:rsidRDefault="00000000" w:rsidP="0044314C">
      <w:pPr>
        <w:numPr>
          <w:ilvl w:val="0"/>
          <w:numId w:val="10"/>
        </w:numPr>
      </w:pPr>
      <w:r>
        <w:t xml:space="preserve">Daugiau informacijos teikia savo grupės mokytojos ir Įstaiga tel. (0 46) 34 63 03, el. </w:t>
      </w:r>
      <w:proofErr w:type="spellStart"/>
      <w:r>
        <w:t>paštu</w:t>
      </w:r>
      <w:proofErr w:type="spellEnd"/>
      <w:r>
        <w:t xml:space="preserve"> </w:t>
      </w:r>
      <w:r w:rsidR="005B138E">
        <w:t>info@ldziburelis.lt</w:t>
      </w:r>
    </w:p>
    <w:p w14:paraId="3940B702" w14:textId="77777777" w:rsidR="00D90FAC" w:rsidRDefault="00000000">
      <w:pPr>
        <w:jc w:val="center"/>
      </w:pPr>
      <w:r>
        <w:t>_________________________</w:t>
      </w:r>
    </w:p>
    <w:sectPr w:rsidR="00D90FAC" w:rsidSect="00034616">
      <w:pgSz w:w="11906" w:h="16838"/>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17B52635"/>
    <w:multiLevelType w:val="multilevel"/>
    <w:tmpl w:val="DB9A44EE"/>
    <w:lvl w:ilvl="0">
      <w:start w:val="1"/>
      <w:numFmt w:val="decimal"/>
      <w:suff w:val="space"/>
      <w:lvlText w:val="%1."/>
      <w:lvlJc w:val="left"/>
      <w:pPr>
        <w:ind w:left="0" w:firstLine="850"/>
      </w:pPr>
      <w:rPr>
        <w:b w:val="0"/>
      </w:rPr>
    </w:lvl>
    <w:lvl w:ilvl="1">
      <w:start w:val="1"/>
      <w:numFmt w:val="decimal"/>
      <w:suff w:val="space"/>
      <w:lvlText w:val="%1.%2."/>
      <w:lvlJc w:val="left"/>
      <w:pPr>
        <w:ind w:left="0" w:firstLine="850"/>
      </w:pPr>
      <w:rPr>
        <w:b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14101275">
    <w:abstractNumId w:val="8"/>
  </w:num>
  <w:num w:numId="2" w16cid:durableId="232862632">
    <w:abstractNumId w:val="6"/>
  </w:num>
  <w:num w:numId="3" w16cid:durableId="557908644">
    <w:abstractNumId w:val="5"/>
  </w:num>
  <w:num w:numId="4" w16cid:durableId="1114865299">
    <w:abstractNumId w:val="4"/>
  </w:num>
  <w:num w:numId="5" w16cid:durableId="538081144">
    <w:abstractNumId w:val="7"/>
  </w:num>
  <w:num w:numId="6" w16cid:durableId="1755515572">
    <w:abstractNumId w:val="3"/>
  </w:num>
  <w:num w:numId="7" w16cid:durableId="388694480">
    <w:abstractNumId w:val="2"/>
  </w:num>
  <w:num w:numId="8" w16cid:durableId="1575354522">
    <w:abstractNumId w:val="1"/>
  </w:num>
  <w:num w:numId="9" w16cid:durableId="646007796">
    <w:abstractNumId w:val="0"/>
  </w:num>
  <w:num w:numId="10" w16cid:durableId="13149876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B3C"/>
    <w:rsid w:val="00034616"/>
    <w:rsid w:val="0006063C"/>
    <w:rsid w:val="0015074B"/>
    <w:rsid w:val="001619F8"/>
    <w:rsid w:val="0029639D"/>
    <w:rsid w:val="00326F90"/>
    <w:rsid w:val="0044314C"/>
    <w:rsid w:val="005B138E"/>
    <w:rsid w:val="00AA1D8D"/>
    <w:rsid w:val="00B47730"/>
    <w:rsid w:val="00CB0664"/>
    <w:rsid w:val="00D3695A"/>
    <w:rsid w:val="00D73BE0"/>
    <w:rsid w:val="00D90F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8406B"/>
  <w14:defaultImageDpi w14:val="300"/>
  <w15:docId w15:val="{F5EDEF3D-630D-9045-B6BA-686A4D7AF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0"/>
    </w:pPr>
    <w:rPr>
      <w:rFonts w:ascii="Arial" w:eastAsia="Arial" w:hAnsi="Arial" w:cs="Arial"/>
      <w:sz w:val="24"/>
    </w:rPr>
  </w:style>
  <w:style w:type="paragraph" w:styleId="Antrat1">
    <w:name w:val="heading 1"/>
    <w:basedOn w:val="prastasis"/>
    <w:next w:val="prastasis"/>
    <w:link w:val="Antrat1Diagrama"/>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3987</Words>
  <Characters>2273</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Odeta Veserienė</cp:lastModifiedBy>
  <cp:revision>3</cp:revision>
  <dcterms:created xsi:type="dcterms:W3CDTF">2026-11-03T08:51:00Z</dcterms:created>
  <dcterms:modified xsi:type="dcterms:W3CDTF">2026-11-03T08:55:00Z</dcterms:modified>
  <cp:category/>
</cp:coreProperties>
</file>